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NOME COMPLETO</w:t>
      </w:r>
    </w:p>
    <w:p>
      <w:pPr>
        <w:jc w:val="center"/>
      </w:pPr>
      <w:r>
        <w:rPr>
          <w:color w:val="657287"/>
        </w:rPr>
        <w:t>Cidade e estado  |  telefone  |  email  |  LinkedIn opcional</w:t>
      </w:r>
    </w:p>
    <w:p>
      <w:pPr>
        <w:spacing w:after="180"/>
        <w:jc w:val="center"/>
      </w:pPr>
      <w:r>
        <w:rPr>
          <w:i/>
          <w:color w:val="657287"/>
          <w:sz w:val="18"/>
        </w:rPr>
        <w:t>Substitua os textos de orientação pelas suas informações e mantenha o currículo em uma ou duas páginas.</w:t>
      </w:r>
    </w:p>
    <w:p>
      <w:pPr>
        <w:pStyle w:val="Heading1"/>
        <w:spacing w:before="140" w:after="60"/>
      </w:pPr>
      <w:r>
        <w:t>Objetivo profissional</w:t>
      </w:r>
    </w:p>
    <w:p>
      <w:pPr>
        <w:spacing w:after="60"/>
      </w:pPr>
      <w:r>
        <w:rPr>
          <w:color w:val="657287"/>
        </w:rPr>
        <w:t>Informe o cargo ou a área desejada de forma direta. Exemplo: Assistente administrativo.</w:t>
      </w:r>
    </w:p>
    <w:p>
      <w:pPr>
        <w:pStyle w:val="Heading1"/>
        <w:spacing w:before="140" w:after="60"/>
      </w:pPr>
      <w:r>
        <w:t>Resumo profissional</w:t>
      </w:r>
    </w:p>
    <w:p>
      <w:pPr>
        <w:spacing w:after="60"/>
      </w:pPr>
      <w:r>
        <w:rPr>
          <w:color w:val="657287"/>
        </w:rPr>
        <w:t>Escreva de três a cinco linhas sobre sua experiência, principais competências e o tipo de resultado que você entrega. Evite frases genéricas e adapte este trecho para cada vaga.</w:t>
      </w:r>
    </w:p>
    <w:p>
      <w:pPr>
        <w:pStyle w:val="Heading1"/>
        <w:spacing w:before="140" w:after="60"/>
      </w:pPr>
      <w:r>
        <w:t>Experiência profissional</w:t>
      </w:r>
    </w:p>
    <w:p>
      <w:pPr>
        <w:spacing w:after="60"/>
      </w:pPr>
      <w:r>
        <w:rPr>
          <w:b/>
          <w:color w:val="0B315F"/>
        </w:rPr>
        <w:t>EMPRESA  |  Cargo  |  mês ano a mês ano</w:t>
      </w:r>
    </w:p>
    <w:p>
      <w:pPr>
        <w:spacing w:after="60"/>
      </w:pPr>
      <w:r>
        <w:rPr>
          <w:color w:val="657287"/>
        </w:rPr>
        <w:t>Descreva de duas a quatro atividades ou resultados. Comece com verbos de ação e, quando possível, inclua números, prazos ou melhorias realizadas.</w:t>
      </w:r>
    </w:p>
    <w:p>
      <w:pPr>
        <w:spacing w:after="60"/>
      </w:pPr>
      <w:r>
        <w:rPr>
          <w:b/>
          <w:color w:val="0B315F"/>
        </w:rPr>
        <w:t>EMPRESA  |  Cargo  |  mês ano a mês ano</w:t>
      </w:r>
    </w:p>
    <w:p>
      <w:pPr>
        <w:spacing w:after="60"/>
      </w:pPr>
      <w:r>
        <w:rPr>
          <w:color w:val="657287"/>
        </w:rPr>
        <w:t>Inclua somente experiências relevantes ou que demonstrem competências úteis para a vaga.</w:t>
      </w:r>
    </w:p>
    <w:p>
      <w:pPr>
        <w:pStyle w:val="Heading1"/>
        <w:spacing w:before="140" w:after="60"/>
      </w:pPr>
      <w:r>
        <w:t>Formação</w:t>
      </w:r>
    </w:p>
    <w:p>
      <w:pPr>
        <w:spacing w:after="60"/>
      </w:pPr>
      <w:r>
        <w:rPr>
          <w:b/>
          <w:color w:val="0B315F"/>
        </w:rPr>
        <w:t>Curso  |  Instituição  |  conclusão ou previsão</w:t>
      </w:r>
    </w:p>
    <w:p>
      <w:pPr>
        <w:spacing w:after="60"/>
      </w:pPr>
      <w:r>
        <w:rPr>
          <w:color w:val="657287"/>
        </w:rPr>
        <w:t>Ensino médio, técnico, graduação ou pós-graduação conforme a vaga.</w:t>
      </w:r>
    </w:p>
    <w:p>
      <w:pPr>
        <w:pStyle w:val="Heading1"/>
        <w:spacing w:before="140" w:after="60"/>
      </w:pPr>
      <w:r>
        <w:t>Cursos e certificações</w:t>
      </w:r>
    </w:p>
    <w:p>
      <w:pPr>
        <w:spacing w:after="60"/>
      </w:pPr>
      <w:r>
        <w:rPr>
          <w:b/>
          <w:color w:val="0B315F"/>
        </w:rPr>
        <w:t>Curso  |  Instituição  |  carga horária  |  ano</w:t>
      </w:r>
    </w:p>
    <w:p>
      <w:pPr>
        <w:spacing w:after="60"/>
      </w:pPr>
      <w:r>
        <w:rPr>
          <w:color w:val="657287"/>
        </w:rPr>
        <w:t>Priorize cursos recentes e relacionados à oportunidade.</w:t>
      </w:r>
    </w:p>
    <w:p>
      <w:pPr>
        <w:pStyle w:val="Heading1"/>
        <w:spacing w:before="140" w:after="60"/>
      </w:pPr>
      <w:r>
        <w:t>Competências</w:t>
      </w:r>
    </w:p>
    <w:p>
      <w:pPr>
        <w:spacing w:after="60"/>
      </w:pPr>
      <w:r>
        <w:rPr>
          <w:color w:val="657287"/>
        </w:rPr>
        <w:t>Liste de seis a dez competências verdadeiras. Exemplos: Excel, atendimento ao cliente, organização de documentos, vendas, logística e redação.</w:t>
      </w:r>
    </w:p>
    <w:p>
      <w:pPr>
        <w:pStyle w:val="Heading1"/>
        <w:spacing w:before="140" w:after="60"/>
      </w:pPr>
      <w:r>
        <w:t>Idiomas</w:t>
      </w:r>
    </w:p>
    <w:p>
      <w:pPr>
        <w:spacing w:after="60"/>
      </w:pPr>
      <w:r>
        <w:rPr>
          <w:b/>
          <w:color w:val="0B315F"/>
        </w:rPr>
        <w:t>Idioma  |  nível real de leitura, escrita e conversação</w:t>
      </w:r>
    </w:p>
    <w:sectPr w:rsidR="00FC693F" w:rsidRPr="0006063C" w:rsidSect="00034616">
      <w:footerReference w:type="default" r:id="rId9"/>
      <w:pgSz w:w="12240" w:h="15840"/>
      <w:pgMar w:top="835" w:right="1037" w:bottom="835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57287"/>
        <w:sz w:val="16"/>
      </w:rPr>
      <w:t>Modelo gratuito do Giro Futuro  |  girofuturo.com.br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currículo profissional</dc:title>
  <dc:subject>Modelo editável para candidatura a vagas</dc:subject>
  <dc:creator>Giro Futuro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